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1867: 有几天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1867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分支问题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1111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分支问题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大家都知道每年都有分为 12 个月，月份又被分为大月小月和平月，每种月份的天数都不一样。小明为了方便记忆，把每个月的天数都整理到了自己的笔记本上：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1、3、5、7、8、10、12 月，每月 31 天。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月闰年 29 天，不是闰年就是 28 天。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4、6、9、11 月，每月 30 天。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闰年的判断有两个条件，只需满足一个即可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、能够被 4 整除但不能被 100 整除的为闰年；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、能够被 400 整除的为闰年；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请你编写一个程序，输入年和月的数值，输出该年的这个月，有多少天？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比如：输入 2020 1，代表要查询 2020 年 1 月的天数，那么输出为 31 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再比如：输入 2020 2，代表要查询 2020 年 2 月的天数，那么输出 29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 2 个整数，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1 个整数是一个 4 位数，代表年，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2 个整数是 1 ∼ 12 之间的数字，代表月。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输出当月的天数。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