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1866: 买杯子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小明去商店买杯子，他想买价格在 10 到 20 元之间的杯子（含 10 元和 20 元），他看到货架上有 3 个不同价格的杯子，请问最终他买了几个杯子，总共花了多少钱？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比如：货架上有如下的 3 个价格的杯子 10 18 23 ，那么最终小明买了 2 个杯子（分别价格为 10、18 ），总共花了 28 元。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3 个整数，代表 3 个杯子的价格。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2 个数，用空格隔开；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个数是一个整数，代表小明买了几个杯子；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个数是一个整数，代表小明总共花了多少钱；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