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1865: 黑白无常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蓝桥杯深搜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某寝室的同学们在学术完之后准备玩一个游戏：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游戏是这样的，每个人头上都被贴了一张白色或者黑色的纸，现在每个人都会说一句话“我看到x张白色纸条和张黑色的纸条”，又已知每个头上贴着白色纸的人 说的是真话、每个头上贴着黑色纸的人说的是谎话，现在要求你判断哪些人头上贴着的是白色的纸条。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如果无解输出NoSolution.,如果有多组解， 则把每个答案中贴白条的人的编号按照大小排列后组成一个数。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（比如第一个人和第三个人头上贴着的是白纸条，那么这个数就是13；如果第6、7、8个人都贴的 是白纸条，那么这个数就是678）输出最小的那个数（如果全部都是黑纸条也满足情况的话，那么输出0）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第一行为一个整数 n ，接下来 n 行中的第 i 行有两个整数 x 和 y ，分别表示第 i 个人说 “我看到 x 张白色纸条和 y 张黑色的纸条 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一行。如果无解输出 NoSolution.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否则输出答案中数值（具体见问题描述）最小的那个，如果全部都是黑纸条也满足情况的话，那么输出 0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