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1863: 特殊的数字四十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13263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 是一个非常特殊的四位数，因为它的各位数之和为 10 ，编程求所有这样的四位整数。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按从小到大的顺序输出满足条件的四位数。每个数字占用一行。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