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1861: 整除问题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简单循环蓝桥杯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12584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 蓝桥杯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编写一个程序，输入三个正整数 min、max 和 factor ，然后对于 min 到 max 之间的每一个整数（包括 min 和 max ），如果它能被 factor 整除，就把它打印出来。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输入只有一行，包括三个整数 min、max 和 factor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输出只有一行，包括若干个整数，数与数之间用空格隔开。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1 10 3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3 6 9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