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1859: 完数判断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蓝桥杯循环的应用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循环的应用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一个数如果恰好等于它的因子之和，这个数就称 为“完数”。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例如，6 的因子为 1、2、3 ，而 6＝1＋2＋3 ，因此 6 就是“完数”。又如，28 的因子为 1、2、4、7、14 ，而 28＝1＋2＋4＋7＋14 ，因此 28 也是“完数”。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编写一个程序，判断用户输入的一个数是否为“完数”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输入只有一行，即一个整数。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输出只有一行，如果该数为完数，输出 yes，否则输出no。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