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1857: 数的划分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1857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将整数 n 分成 k 份，且每份不能为空，任意两个划分方案不能相同(不考虑顺序)。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例如：n=7，k=3，下面三种分法被认为是相同的。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1，1，5;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1，5，1;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5，1，1;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问有多少种不同的分法。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n=7，k=3 有 4 种不同的分法，分别是：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1，1，5;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1，2，4;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1，3，3;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2，2，3;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 n，k 用空格隔开。（6 &lt; n ≤ 200，2 ≤ k ≤ 6）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一个整数，即不同的分法。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7 3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蓝桥杯算法训练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