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1850: 和为T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蓝桥杯深搜排列组合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1305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从一个大小为 n 的整数集中选取一些元素，使得它们的和等于给定的值 T。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每个元素限选一次，不能一个都不选。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第一行一个正整数 n，表示整数集内元素的个数。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个整数，用空格隔开。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第三行一个整数 T，表示要达到的和。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输出有若干行，每行输出一组解，即所选取的数字，按照输入中的顺序排列。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若有多组解，优先输出不包含第 n 个整数的；若都包含或都不包含，优先输出不包含第 n-1 个整数的，依次类推。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最后一行输出总方案数。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-7 -3 -2 5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-3 -2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-7 -2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蓝桥杯算法训练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数据规模和约定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 ≤ 22，T ≤ maxlongint，集合中任意元素的和都不超过 long long 的范围。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