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1845: s01串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s01 串初始为 "0"，按以下方式变换：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将字符串中的 0 转换为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将字符串中的 1 转换为 01。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请计算出，s01 串从初始的 "0"，开始，经过 N 次变换后的结果是什么？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1 个整数 N (N 在 0 ∼ 19 的范围内)。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输出经过 N 次变换后 s01 串的结果。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