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1842: 完美的代价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 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回文串，是一种特殊的字符串，它从左往右读和从右往左读是一样的。小龙龙认为回文串才是完美的。现在给你一个串，它不一定是回文的，请你计算最少的交换次数使得该串变成一个完美的回文串。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交换的定义是：交换两个相邻的字符；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例如：mamad；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第一次交换 ad : mamda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第二次交换 md : madma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第三次交换 ma : madam (回文！完美！)；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，表示接下来的字符串的长度(N ≤ 8000)；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如果可能，输出最少的交换次数；否则输出 Impossible。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mamad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蓝桥杯基础训练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