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1841: 矩形面积交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1841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平面上有两个矩形，它们的边平行于直角坐标系的 X 轴或 Y 轴。对于每个矩形，我们给出它的一对相对顶点的坐标，请你编程算出两个矩形的交的面积。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输入仅包含两行，每行描述一个矩形。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在每行中，给出矩形的一对相对顶点的坐标，每个点的坐标都用两个绝对值不超过 10^7 的实数表示。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输出仅包含一个实数，为交的面积，保留到小数后两位。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2 2 4 4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1.00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【来源】蓝桥杯基础训练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