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1839: 龟兔赛跑预测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话说这个世界上有各种各样的兔子和乌龟，但是 研究发现，所有的兔子和乌龟都有一个共同的特点——喜欢赛跑。于是世界上各个角落都不断在发生着乌龟和兔子的比赛，小华对此很感兴趣，于是决定研究不同兔 子和乌龟的赛跑。他发现，兔子虽然跑比乌龟快，但它们有众所周知的毛病——骄傲且懒惰，于是在与乌龟的比赛中，一旦任一秒结束后兔子发现自己领先 t 米或以上，它们就会停下来休息 s 秒。对于不同的兔子，t，s 的数值是不同的，但是所有的乌龟却是一致——它们不到终点决不停止。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然而有些比赛相当漫长，全程观看会耗费大量时间，而小华发现只要在每场比赛开始后记录下兔子和乌龟的数据——兔子的速度 v_1（表示每秒兔子能跑 v_1 米），乌龟的速度 v_2，以及兔子对应的 t，s值，以及赛道的长度 l ——就能预测出比赛的结果。但是小华很懒，不想通过手工计算推测出比赛的结果，于是他找 到了你——清华大学计算机系的高才生——请求帮助，请你写一个程序，对于输入的一场比赛的数据 v_1，v_2，t，s，l，预测该场比赛的结果。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输入只有一行，包含用空格隔开的五个正整数 v_1，v_2，t，s，l，其中(v_1,v_2 ≤ 100;t ≤ 300;s ≤ 10;l ≤ 10000 且为 v_1,v_2 的公倍数)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输出包含两行，第一行输出比赛结果——一个大写字母 T 或 R 或 D，分别表示乌龟获胜，兔子获胜，或者两者同时到达终点。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第二行输出一个正整数，表示获胜者（或者双方同时）到达终点所耗费的时间（秒数）。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