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1835: ackman函数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0027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tks6fy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0027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一行包含两个正整数 m,n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对应的 ackman 函数。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