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1830: 算面积2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gsh给了你 N 个正方形，请你算出这 N 个正方形的面积和。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第一行一个 N 。 （N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行，每行一个整数表示一个正方形的边长。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一个整数，表示面积和。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