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1828: 01矩阵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1828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986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编写一个程序，判断一个矩阵是否只由 0 和 1 两种数字构成。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行两个用空格隔开的正整数， n 和 m ， n 和 m 均不大于 10 ，表示矩阵的大小，以下 n 行，每行 m 个数字，都在 0 ∼ 9 之间，表示矩阵中的对应元素。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一行，包含一个字符串 Yes 或 No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如果矩阵只有 0 和 1 两个数字，输出 Yes ；否则输出 No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