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1817: 输入的这些数是否对称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从键盘输入一个整数 N（4 ≤ N ≤ 20），接下来输入N 个数，判断输入的这些数是否对称,是输出YES，否则输出NO？（注意N可以是奇数或者偶数）。对称的意思是这些数正过来读和反过来读都是一样的。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比如有 4 个数： 1 2 2 1 ，就是对称的，再比如有 5 个数： 1 2 3 2 1 ，也是对称的，但有 5 个数： 1 2 3 1 2 ，就不是对称的。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n。 （4 ≤ n ≤ 20）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如果是对称的请输出：YES，否则输出：NO。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