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1816: 数数游戏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王老师为同学们讲解了斐波拉契数列的知识。斐波拉契数列指的是数列中，每项的值都等于前两项和的数列。同学们学习之后，想要尝试数一下这个数列的每一项的值，有 n 个同学参与了数数的过程（n ≤ 10），每个人数一个数，这个数的值应该是他前面两位同学数的数字的和，其中一位同学数错了，导致他后面的同学都错了。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请你编程求出，数列中从哪位同学开始出的错？并输出如果他数对了，正确的数列的值应该是多少？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比如：6 个同学参与数数，他们数出来的数列为1 1 2 4 6 10，那么从第 4 位同学开始出错，第 4 位同学的值应该是 3 ，但他错误的计算为 4 ，导致后面的同学都错了。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修正后的数列应该是1 1 2 3 5 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n。（n ≤ 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个整数，用空格隔开。（数据保证只有 1位同学计算错误导致后续同学根据他的值计算出现错误，且第 1 位同学和第 2 位同学不可能出错）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行输出从第几位同学开始出错的。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行输出正确的数列，有 n 个整数用空格隔开。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1 1 2 4 6 10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1 1 2 3 5 8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