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1815: 最后一次出现该数的位置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5556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从键盘输入一个整数 N ，输入 N (5 ≤ N ≤ 100)个元素，输入一个整数，判断这个数组中最后一次出现该数的位置，如果没有请输出-1。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行读入一个整数 N。（5 ≤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行读入 n 个整数用空格隔开。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行读入 1 个整数，代表要找的数。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个整数，代表最后一次出现整数的位置，如果数组中不存在这样的数，请输出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12 23 33 12 6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