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1814: 卖苹果的最大利润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阿凡提批发了 m 斤苹果准备出售，批发价是 x 元/斤。假设他能知道未来 n 天每天苹果的市场单价，请问他在第几天出售利润最高（如果有多天都能使得他的利润最高，那么他会尽早卖出），最高利润是多少钱？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比如：假设阿凡提批发了 100 斤苹果，批发价是 5 元/斤；未来 8 天市场上每天苹果的单价是 4 6 5 3 1 5 6 5 ，那么第 2 天和第 7 天都是能让他利润最高的时间，他会选择第 2 天出售，能够获得100 元的利润（利润 = 出售总价 - 批发总价）。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 3 个整数 m 、x 、n ；（m 、 x 都是 1 ∼ 1000 之间的整数，n 是 5 ∼ 100 之间的整数）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个整数，用空格隔开，代表未来 n 天苹果的单价。（数据保证 n 天中一定会出现苹果的销售价&gt;阿凡提的批发价的情况）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2 个整数，用空格隔开；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个整数代表阿凡提在第几天出售苹果，第 2 个整数代表阿凡提获得的总利润。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100 5 8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4 6 5 3 1 5 6 5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2 100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