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1813: 找出最大的圆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1813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给定一批圆的半径（半径值互不相同），找出这些圆中面积最大的圆，输出它的编号和面积。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圆的面积 =  3.14 ×   半径  × 半径 ，面积输出时保留 2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n（ n &lt; 100 )；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个以空格相隔的整数，代表这 n 个圆的半径（半径值都在 1 ∼ 1000 之间)。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2 个数，用一个空格隔开。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个数代表最大圆的面积（保留 2 位小数）。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个数代表这个最大圆是这组数的第几个圆。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2 1 6 3 4 5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113.04 3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