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1804: 统计直角、锐角、钝角的个数？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1804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6856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n 个整数，代表角的度数，请编程计算出这些角中直角（90 度的角）、锐角（ &lt; 90 度的角）、钝角（ &gt; 90度的角）分别有多少个？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行有一个整数 n，代表有 n 个角的度数。（n ≤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个整数，代表角的度数（角的度数是 ≥ 1且 &lt; 180的整数）。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3 个整数，用空格隔开，分别代表直角的个数、锐角的个数、钝角的个数。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178 45 60 90 90 12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2 3 1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