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1803: 01迷宫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1803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1275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广搜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有一个仅由数字 0 与 1 组成的 n × n 格迷宫。若你位于一格 0 上，那么你可以移动到相邻 4 格中的某一格 1 上，同样若你位于一格 1 上，那么你可以移动到相邻 4 格中的某一格 0 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你的任务是：对于给定的迷宫，询问从某一格开始能移动到多少个格子（包含自身）。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 1 行为两个正整数 n,m 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下面 n 行，每行 n 个字符，字符只可能是 0 或者 1 ，字符之间没有空格。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 2 个用空格分隔的正整数 i,j ，对应了迷宫中第 i 行第 j 列的一个格子，询问从这一格开始能移动到多少格。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m 行，对于每个询问输出相应答案。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对于 60% 的数据，n ≤ 100,m ≤ 100；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 ≤ 1000,m ≤ 100000。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