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1801: 传球游戏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上体育课的时候，小蛮的老师经常带着同学们一起做游戏。这次，老师带着同学们一起做传球游戏。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规则是这样的：n个同学站成一个圆圈，其中的一个同学手里拿着一个球，当老师吹哨子时开始传球，每个同学可以把球传给自己左右的两个同学中的一个（左右任意），当老师再次吹哨子时，传球停止，此时，拿着球没有传出去的那个同学就是败者，要给大家表演一个节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聪明的小蛮提出一个有趣的问题：有多少种不同的传球方法可以使得从小蛮手里开始传的球，传了 m次 以后，又回到小蛮手里。两种传球方法被视作不同的方法，当且仅当这两种方法中，接到球的同学按接球顺序组成的序列是不同的。比如有三个同学 1 号、 2 号、 3 号，并假设小蛮为 1 号，球传了 3 次回到小蛮手里的方式有 1-&gt;2-&gt;3-&gt;1 和 1-&gt;3-&gt;2-&gt;1 ，共 2 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一行，有两个用空格隔开的整数n,m(3 ≤ n ≤ 30,1 ≤ m ≤ 30)。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1个整数，表示符合题意的方法数。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 的数据满足：3 ≤ n ≤ 30,1 ≤ m ≤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的数据满足：3 ≤ n ≤ 30,1 ≤ m ≤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2008普及组第三题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