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1798: ISBN号码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2008 普及组第一题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每一本正式出版的图书都有一个 ISBN 号码与之对应，ISBN 码包括 9 位数字、1 位识别码和 3 位分隔符，其规定格式如 x-xxx-xxxxx-x，其中符号 - 就是分隔符（键盘上的减号），最后一位是识别码，例如 0-670-82162-4就是一个标准的 ISBN 码。ISBN 码的首位数字表示书籍的出版语言，例如 0 代表英语；第一个分隔符 - 之后的三位数字代表出版社，例如 670 代表维京出版社；第二个分隔符后的五位数字代表该书在该出版社的编号；最后一位为识别码。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识别码的计算方法如下：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首位数字乘以 1 加上次位数字乘以 2 ……以此类推，用所得的结果  mod 11，所得的余数即为识别码，如果余数为 10，则识别码为大写字母 X。例如 ISBN 号码 0-670-82162-4 中的识别码 4 是这样得到的：对 067082162 这 9 个数字，从左至右，分别乘以 1,2,⋯,9 再求和，即 0× 1+6× 2+……+2× 9=158，然后取 158 mod 11 的结果 4 作为识别码。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你的任务是编写程序判断输入的 ISBN 号码中识别码是否正确，如果正确，则仅输出 Right；如果错误，则输出你认为是正确的 ISBN 号码。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一个字符序列，表示一本书的 ISBN 号码（保证输入符合 ISBN 号码的格式要求）。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一行，假如输入的 ISBN 号码的识别码正确，那么输出 Right，否则，按照规定的格式，输出正确的 ISBN 号码（包括分隔符 -）。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