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1797: 排座椅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2008 年普及组第二题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上课的时候总会有一些同学和前后左右的人交头接耳，这是令小学班主任十分头疼的一件事情。不过，班主任小雪发现了一些有趣的现象，当同学们的座次确定下来之后，只有有限的 D 对同学上课时会交头接耳。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同学们在教室中坐成了 M 行 N 列，坐在第 i 行第 j 列的同学的位置是 (i,j)，为了方便同学们进出，在教室中设置了 K 条横向的通道，L 条纵向的通道。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于是，聪明的小雪想到了一个办法，或许可以减少上课时学生交头接耳的问题：她打算重新摆放桌椅，改变同学们桌椅间通道的位置，因为如果一条通道隔开了 2 个会交头接耳的同学，那么他们就不会交头接耳了。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请你帮忙给小雪编写一个程序，给出最好的通道划分方案。在该方案下，上课时交头接耳的学生的对数最少。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第一行，有 5 个用空格隔开的整数，分别是 M,N,K,L,D(2 ≤ N,M ≤ 1000,0 ≤ K &lt; M,0 ≤ L &lt; N,D ≤ 2000)。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D 行，每行有 4 个用空格隔开的整数。第 i 行的 4 个整数 X_i,Y_i,P_i,Q_i，表示坐在位置 (X_i,Y_i) 与 (P_i,Q_i) 的两个同学会交头接耳（输入保证他们前后相邻或者左右相邻）。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输入数据保证最优方案的唯一性。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 K 个整数 a_1,a_2,…,a_K，表示第 a_1 行和 a_1+1 行之间、第 a_2 行和 a_2+1 行之间、…、第 a_K 行和第 a_K+1 行之间要开辟通道，其中 a_i &lt; ai+1，每两个整数之间用空格隔开（行尾没有空格）。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L 个整数 b_1,b_2,…,b_L，表示第 b_1 列和 b_1+1 列之间、第 b_2 列和 b_2+1 列之间、…、第 b_L 列和第 b_L+1 列之间要开辟通道，其中b_i &lt; bi+1，每两个整数之间用空格隔开（列尾没有空格）。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2 5 2 4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上图中用符号*、※、+标出了 3 对会交头接耳的学生的位置，图中 3 条粗线的位置表示通道，图示的通道划分方案是唯一的最佳方案。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2008 年普及组第二题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0982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u92565_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9820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