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1795: 拦截导弹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某国为了防御敌国的导弹袭击，发展出一种导弹拦截系统。但是这种导弹拦截系统有一个缺陷：虽然它的第一发炮弹能够到达任意的高度，但是以后每一发炮弹都不能高于前一发的高度。某天，雷达捕捉到敌国的导弹来袭。由于该系统还在试用阶段，所以只有一套系统，因此有可能不能拦截所有的导弹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输入导弹的枚数和导弹依次飞来的高度（雷达给出的高度数据是不大于30000的正整数，每个数据之间至少有一个空格），计算这套系统最多能拦截多少导弹。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第1行有1个整数n，代表导弹的数量。（n&lt;=1000）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第2行有n个整数，代表导弹的高度。（雷达给出的高度数据是不大于30000的正整数）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输出这套系统最多能拦截多少导弹。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389  207  155  300  299  170  158  65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