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1792: 换钞票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将一张一百元的钞票换成 10 元和 20 元两种面额的钞票，两种不同的面额都要有，有哪些不同的换法。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请按照 10 元面额的数量由小到大，20 元面额的数量由大到小输出所有的结果。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组满足条件的方案为：2 4 ，也就是 2 张 10 元，4 张 20 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输出满足条件的方案，每行 2 个整数，第 1 个整数代表10 元面额的数量，第 2 个整数代表 20 元面额的数量。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输出时按照 10 元面额数量从小到大，20 元面额数量从大到小输出。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