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1790: 回文字符串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容器stack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 stack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回文字符串的判断。回文，正读反读都都相同的字符序列成为回文。例如：abcba就是回文。写程序使用栈判断给定的字符串序列是否是回文。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第一行：输入整数n代表字符串字符个数（字符个数不超过1000个）。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第二行：输入n个字符的字符串。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如果字符串是回文字符串，请输出“Yes”，否则输出“No”。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abcba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