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1788: 字符图形-数字正三角（3）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1788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嵌套循环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9013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嵌套循环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输入一个整数打印数字图形。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一个整数（0 &lt; n &lt; 10）。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一个数字图形。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3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33333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222</w:t>
      </w:r>
    </w:p>
    <w:p>
      <w:pPr>
        <w:spacing w:before="40" w:after="40"/>
        <w:ind w:left="1008"/>
      </w:pPr>
      <w:r>
        <w:rPr>
          <w:rFonts w:ascii="Consolas" w:hAnsi="Consolas"/>
          <w:sz w:val="18"/>
        </w:rPr>
        <w:t xml:space="preserve">  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