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1782: 字符图形2-星号倒直角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1782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嵌套循环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22101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嵌套循环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请打印 n 行的星号倒直角三角形。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 n（ n ≤ 10 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输出如下方图所示 n 行的星号倒直角三角形。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3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***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**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*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