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1778: 采药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辰辰是个天资聪颖的孩子，他的梦想是成为世界上最伟大的医师。为此，他想拜附近最有威望的医师为师。医师为了判断他的资质，给他出了一个难题。医师把他带到一个到处都是草药的山洞里对他说：“孩子，这个山洞里有一些不同的草药，采每一株都需要一些时间，每一株也有它自身的价值。我会给你一段时间，在这段时间里，你可以采到一些草药。如果你是一个聪明的孩子，你应该可以让采到的草药的总价值最大。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如果你是辰辰，你能完成这个任务吗？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2 个整数 T(1 ≤ T ≤ 1000) 和  M(1 ≤ M ≤ 100)，用一个空格隔开，T 代表总共能够用来采药的时间，M 代表山洞里的草药的数目。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行每行包括两个在 1 到 100 之间（包括 1 和 100 ）的整数，分别表示采摘某株草药的时间和这株草药的价值。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个整数，表示在规定的时间内可以采到的草药的最大总价值。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71 100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