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1777: 牛的视野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1777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容器单调栈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1606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容器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一群高度不完全相同的牛从左到右站成一排，每头牛只能看见它右边的比它矮的牛的发型，若遇到一头高度大于或等于它的牛，则无法继续看到这头牛后面的其他牛。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给出这些牛的高度，要求每头牛可以看到的牛的数量的和。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第一行：一个整数 n (n ≤ 10^6)。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第二行：n 个整数，从左到右依次给出每头牛的高度，不大于 10^6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一行一个整数，为答案。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3 2 4 1 5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