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1767: 等差对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set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set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个数 A_i，以及一个正整数 C，问有多少对A_i,A_j，满足A_i-A_j=C。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行输入两个空格隔开的整数 N 和 C。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至 N+1 行每行包含一个整数 A_i。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输出一个数表示答案。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N≤200000，1≤A_i,A_j,C≤10^9。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