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1765: 明明的随机数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set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set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明明想在学校中请一些同学一起做一项问卷调查，为了实验的客观性，他先用计算机生成了 N 个 1 到 1000 之间的随机整数（N≤100），对于其中重复的数字，只保留一个，把其余相同的数去掉，不同的数对应着不同的学生的学号。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然后再把这些数从小到大排序，按照排好的顺序去找同学做调查。请你协助明明完成"去重"与"排序"的工作。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行为 1 个正整数，表示所生成的随机数的个数：N；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个用空格隔开的正整数，为所产生的随机数。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行为 1 个正整数 M ，表示不相同的随机数的个数。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第2行为 M 个用空格隔开的正整数，为从小到大排好序的不相同的随机数。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20 40 32 67 40 20 89 300 400 15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15 20 32 40 67 89 300 400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