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1764: 统计数字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map离散化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 2007 提高第一题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某次科研调查时得到了 n 个自然数，每个数均不超过1500000000（1.5 × 10^9）。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已知不相同的数不超过 10000 个，现在需要统计这些自然数各自出现的次数，并按照自然数从小到大的顺序输出统计结果。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包含 n+1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第一行是整数 n ，表示自然数的个数；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2~n+1 每行一个自然数。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包含 m 行（ m 为 n 个自然数中不相同数的个数），按照自然数从小到大的顺序输出。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每行输出两个整数，分别是自然数和该数出现的次数，其间用一个空格隔开。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40%的数据满足：1  ≤  n  ≤ 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80%的数据满足：1  ≤  n  ≤  50000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100%的数据满足：1  ≤  n  ≤  200000，每个数均不超过1500 000 000(1.5 × 10^9)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2007 提高第一题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