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1760: 整理抽屉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map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map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期末考试即将来临，小T由于同时肩负了学习、竞赛、班团活动等多方面的任务，一直没有时间好好整理他的课桌抽屉，为了更好地复习，小T首先要把课桌抽屉里的书分类整理好。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小T的抽屉里堆着 N 本书，每本书的封面上都印有学科名称，学科名称用一个字符串表示，如语文学科的书封面上都印有“chinese”。现在，你的任务是帮助小T找出哪个学科的书最多？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第一行包含一个自然数 N（0＜N≤1000）表示抽屉中书的总数。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行每行包含一本书的学科名称，学科名称是一个长度不超过 15 的由小写英文字母组成的字符串。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仅有一行包含一个字符串，表示最多的那种书的学科名称。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数据保证答案一定是唯一的。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english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chinese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physics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chinese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chinese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chinese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小T课桌抽屉里共有 5 本书，其中有 3 本是语文学科的，英语学科和物理学科各有 1 本，所以最多的是语文学科的书，应输出“chinese”。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30% 的数据满足：1≤N≤10，学科名称为长度不超过 2 的仅包含英文小写字母的字符串；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的数据满足：1≤N≤1000，学科名称为长度不超过 15 的仅包含英文小写字母的字符串；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