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1759: 任务调度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队列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队列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台超级计算机共有N颗CPU。现在这台超级计算机有M个任务要做，但同时还要考虑到不能让CPU过热。所幸的是这台超级计算机已经将任务安排好了，现在要做的只是请你根据安排好的指令来模拟它的工作过程。一开始，这N颗CPU都没有被分配任何的任务。之后，会给你以下几类指令（CPU的编号为1到N的整数，任务的编号为1到M的整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指令格式     作用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n k w    将 k 号任务（权值为 w）分配给 n 号 CPU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DEC n k w    将 k 号任务的权值减少 w（已知 k 号任务被分配给了 n 号 CPU）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TRANS n1 n2  将分配给 n1 号 CPU 的任务全部转移给 n2 号 CPU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MIN n        输出分配给 n 号 CPU 的任务中权值最小的任务的权值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WORK n w     将分配给 n 号 CPU 的任务中权值最小的任务的权值加上 w，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如果权值最小的任务不唯一，则不更改权值，并输出一行“ ERROR”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包含K+1行。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第1行包含三个正整数N、M、K，分别表示CPU的数目、任务数和指令数。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第2行到K+1行，每行包含一条指令。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保证任务的权值在 32 位有符号整型的范围内。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保证一个任务只会被分配一次（即至多被 ADD 一次）。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ADD 指令、DEC 指令和 WORK 指令中的 w 是非负整数。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TRANS 指令的两个参数不相同。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若干行，其中包括MIN语句的输出和“ERROR”输出，每个输出占一行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1 2 100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1 1 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MIN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WORK 1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TRANS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MIN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1 3 105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TRANS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MIN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DEC 1 3 200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MIN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DEC 1 1 205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WORK 1 15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-95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ERROR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对于全部的数据，N≤500，M≤80000，K≤100000。保证任务的权值在32 位有符号整型的范围内。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保证一个任务只会被分配一次（即至多被ADD 一次）。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保证ADD 指令、DEC 指令和WORK 指令中的w 是非负整数。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保证TRANS 指令的两个参数不相同。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