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1758: 黑盒子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队列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Black Box是一种原始的数据库。它可以存储一个整数数组，还有一个特别的变量i。最开始的时候Black Box是空的，而i等于0。这个Black Box要处理一串命令。 命令只有两种：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ADD（x）：把x元素放进Black Box；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GET：i加1，然后输出Black Box中第i小的数。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记住：第i小的数，就是Black Box里的数按从小到大的顺序排序后的第i个元素。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 我们来演示一下一个有11个命令的命令串。（如下图所示）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现在要求找出对于给定的命令串的最好的处理方法。ADD和GET命令分别最多有200000个。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现在用两个整数数组来表示命令串：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1、A(1),A(2)，…A(M)：一串将要被放进Black Box的元素。每个数都是绝对不超过2000000000的整数，M≤200000。例如上面的例子就是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A=（3,1,-4,2,8,-1000,2）。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2、u(1),u(2),…u(N)：表示第u(j)个元素被放进了Black Box里后就出现了一个GET命令。例如上面的例子中的u=（1,2,6,6）。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输入数据不用判错。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3818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f7dm4_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81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第一行，两个整数，M，N，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第二行，M个整数，表示A(1)……A(M)，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第三行，N个整数，表示u(1)……u(N)。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Black Box 根据命令串所得出的输出串，一个数字一行。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1 -4 2 8 -1000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1 2 6 6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对于30%的数据，M≤10000；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对于50%的数据，M≤100000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对于100%的数据，M≤200000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