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1755: 丑数判断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队列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素因子都在集合 {2,3,5,7} 的数称为丑数（ugly ~number）。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个整数，请逐个判断每个数是否是丑数，如果是丑数，请输出 Y，否则请输出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第1行读入整数 n（n ≤ 20）；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第2行给定 n 个整数（数值在 1 - 10^9）之间，数字之间用空格隔开。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行，第 i 行输出字符 Y 或者 N 代表第 i 行读入的整数是否是丑数。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特别的，我们假定整数 1 也是丑数。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1 8 11 20 121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