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media/image1.jpg" ContentType="image/png"/>
  <Override PartName="/word/media/image2.jpg" ContentType="image/png"/>
  <Override PartName="/word/media/image3.jpg" ContentType="image/png"/>
  <Override PartName="/word/media/image4.jpg" ContentType="image/png"/>
  <Override PartName="/word/media/image5.jpg" ContentType="image/png"/>
  <Override PartName="/word/media/image6.jpg" ContentType="image/png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1751: 快乐的马里奥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1751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广搜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7364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广搜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马里奥是一个快乐的油漆工人，这天他接到了一个油漆任务，要求马里奥把一个 n 行 m 列的矩阵每一格都用油漆标记一个数字，标记的顺序按照广度优先搜索的方式进行，也就是他会按照如下方式标记：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1、首先标记第 1 行第 1 列的单元格，标记数字为 1 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2、然后标记当前单元格上下左右四个方向所有能标记的单元格，且：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① 标记顺序按照：右、下、左、上的优先级；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② 不能标记到矩阵外，且标记过的数字不能重复标记；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3、当本单元格标记结束，寻找比本单元格中数字大 1 的单元格，标记那个单元格的上下左右四个方向，也是按照步骤 2 所示的要求进行标记。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依次类推，直到所有单元格都被标记。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比如：如果有一个 3 × 3 的矩阵如下，那么首先标记 1,1 单元格，并按照上面步骤 2 的要求标记其四周能够标记的单元格，标记结果如下：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接下来，标记比 1,1 格大 1 的数字的四周的单元格，也就是标记值为 2 的单元格四周的单元格，标记结果如下：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接下来标记值为 3 的单元格四周的单元格，标记结果如下：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接下来标记值为 4 的单元格四周的单元格，标记结果如下：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接下来标记值为 5 的单元格四周的单元格，标记结果如下：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接下来标记值为 6 的单元格四周的单元格，但这个数字四周的单元格已经被标记，因此继续标记值为 7 四周的单元格，标记结果如下：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此时，发现标记结束，得到如上图所示的标记结果。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r>
        <w:t>图片 1:</w:t>
      </w:r>
    </w:p>
    <w:p>
      <w:r>
        <w:drawing>
          <wp:inline xmlns:a="http://schemas.openxmlformats.org/drawingml/2006/main" xmlns:pic="http://schemas.openxmlformats.org/drawingml/2006/picture">
            <wp:extent cx="4572000" cy="4437529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0mk3ld84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443752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图片 2:</w:t>
      </w:r>
    </w:p>
    <w:p>
      <w:r>
        <w:drawing>
          <wp:inline xmlns:a="http://schemas.openxmlformats.org/drawingml/2006/main" xmlns:pic="http://schemas.openxmlformats.org/drawingml/2006/picture">
            <wp:extent cx="4572000" cy="3601233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rnd2cmch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360123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图片 3:</w:t>
      </w:r>
    </w:p>
    <w:p>
      <w:r>
        <w:drawing>
          <wp:inline xmlns:a="http://schemas.openxmlformats.org/drawingml/2006/main" xmlns:pic="http://schemas.openxmlformats.org/drawingml/2006/picture">
            <wp:extent cx="4572000" cy="3891064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ijbn2p1o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389106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图片 4:</w:t>
      </w:r>
    </w:p>
    <w:p>
      <w:r>
        <w:drawing>
          <wp:inline xmlns:a="http://schemas.openxmlformats.org/drawingml/2006/main" xmlns:pic="http://schemas.openxmlformats.org/drawingml/2006/picture">
            <wp:extent cx="4572000" cy="3804671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hj9x0b0v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380467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图片 5:</w:t>
      </w:r>
    </w:p>
    <w:p>
      <w:r>
        <w:drawing>
          <wp:inline xmlns:a="http://schemas.openxmlformats.org/drawingml/2006/main" xmlns:pic="http://schemas.openxmlformats.org/drawingml/2006/picture">
            <wp:extent cx="4572000" cy="3728936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qr1w25ip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372893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图片 6:</w:t>
      </w:r>
    </w:p>
    <w:p>
      <w:r>
        <w:drawing>
          <wp:inline xmlns:a="http://schemas.openxmlformats.org/drawingml/2006/main" xmlns:pic="http://schemas.openxmlformats.org/drawingml/2006/picture">
            <wp:extent cx="4572000" cy="3923489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y6f0e6o5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392348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两个整数 n 和 m （2 ＜ n,m ≤ 100）。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 n 行 m 列的标记后的矩阵，输出每个数后空一格。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3 3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1 2 4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3 5 7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6 8 9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