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1750: 有0的数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1750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17353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请求出 1 ∼ n 中含有数字 0 的数，有多少个？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≤ 999）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 1 ∼ n 中含有数字 0 的数的个数。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