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1748: 山形数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1748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14699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山形数指的是一个三位数，中间的十位比两边的个位和百位都大，类似山的形状。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请编程输出所有的山形数。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从小到大输出所有的山形数，每行 1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