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1747: 连续递增或递减数</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1747</w:t>
            </w:r>
          </w:p>
        </w:tc>
      </w:tr>
      <w:tr>
        <w:tc>
          <w:tcPr>
            <w:tcW w:type="dxa" w:w="4320"/>
          </w:tcPr>
          <w:p>
            <w:r>
              <w:t>标签</w:t>
            </w:r>
          </w:p>
        </w:tc>
        <w:tc>
          <w:tcPr>
            <w:tcW w:type="dxa" w:w="4320"/>
          </w:tcPr>
          <w:p>
            <w:r>
              <w:t>简单循环</w:t>
            </w:r>
          </w:p>
        </w:tc>
      </w:tr>
      <w:tr>
        <w:tc>
          <w:tcPr>
            <w:tcW w:type="dxa" w:w="4320"/>
          </w:tcPr>
          <w:p>
            <w:r>
              <w:t>难度</w:t>
            </w:r>
          </w:p>
        </w:tc>
        <w:tc>
          <w:tcPr>
            <w:tcW w:type="dxa" w:w="4320"/>
          </w:tcPr>
          <w:p>
            <w:r>
              <w:t>入门</w:t>
            </w:r>
          </w:p>
        </w:tc>
      </w:tr>
      <w:tr>
        <w:tc>
          <w:tcPr>
            <w:tcW w:type="dxa" w:w="4320"/>
          </w:tcPr>
          <w:p>
            <w:r>
              <w:t>正确</w:t>
            </w:r>
          </w:p>
        </w:tc>
        <w:tc>
          <w:tcPr>
            <w:tcW w:type="dxa" w:w="4320"/>
          </w:tcPr>
          <w:p>
            <w:r>
              <w:t>9881</w:t>
            </w:r>
          </w:p>
        </w:tc>
      </w:tr>
      <w:tr>
        <w:tc>
          <w:tcPr>
            <w:tcW w:type="dxa" w:w="4320"/>
          </w:tcPr>
          <w:p>
            <w:r>
              <w:t>来源</w:t>
            </w:r>
          </w:p>
        </w:tc>
        <w:tc>
          <w:tcPr>
            <w:tcW w:type="dxa" w:w="4320"/>
          </w:tcPr>
          <w:p>
            <w:r>
              <w:t>简单循环</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请问 100 ∼ n 中连续递增或者连续递减的 3 位数有总和是多少，有多少个？</w:t>
      </w:r>
    </w:p>
    <w:p>
      <w:pPr>
        <w:spacing w:before="40" w:after="40"/>
        <w:ind w:left="720"/>
      </w:pPr>
      <w:r>
        <w:rPr>
          <w:rFonts w:ascii="Consolas" w:hAnsi="Consolas"/>
          <w:sz w:val="18"/>
        </w:rPr>
        <w:t>连续递递增或递减指的是三位数相邻的两位之间都是递增的或者是递减的。</w:t>
      </w:r>
    </w:p>
    <w:p>
      <w:pPr>
        <w:spacing w:before="40" w:after="40"/>
        <w:ind w:left="720"/>
      </w:pPr>
      <w:r>
        <w:rPr>
          <w:rFonts w:ascii="Consolas" w:hAnsi="Consolas"/>
          <w:sz w:val="18"/>
        </w:rPr>
        <w:t>比如：139 ，三位数就是连续递增的，因为 1 &lt; 3 ， 3 &lt; 9；</w:t>
      </w:r>
    </w:p>
    <w:p>
      <w:pPr>
        <w:spacing w:before="40" w:after="40"/>
        <w:ind w:left="720"/>
      </w:pPr>
      <w:r>
        <w:rPr>
          <w:rFonts w:ascii="Consolas" w:hAnsi="Consolas"/>
          <w:sz w:val="18"/>
        </w:rPr>
        <w:t>再比如：931，三位数就是连续递减的，因为 9 &gt; 3 ， 3 &gt; 1；</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一个三位的整数 n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第 1 行输出满足条件的数的总和是多少。</w:t>
      </w:r>
    </w:p>
    <w:p>
      <w:pPr>
        <w:spacing w:before="40" w:after="40"/>
        <w:ind w:left="720"/>
      </w:pPr>
      <w:r>
        <w:rPr>
          <w:rFonts w:ascii="Consolas" w:hAnsi="Consolas"/>
          <w:sz w:val="18"/>
        </w:rPr>
        <w:t>第 2 行输出满足条件的数有多少个。</w:t>
      </w:r>
    </w:p>
    <w:p>
      <w:pPr>
        <w:spacing w:before="40" w:after="40"/>
        <w:ind w:left="864"/>
      </w:pPr>
      <w:r>
        <w:rPr>
          <w:rFonts w:ascii="Consolas" w:hAnsi="Consolas"/>
          <w:sz w:val="18"/>
        </w:rPr>
        <w:t xml:space="preserve"> </w:t>
      </w:r>
    </w:p>
    <w:p>
      <w:pPr>
        <w:pStyle w:val="Heading1"/>
      </w:pPr>
      <w:r>
        <w:t>样例输入</w:t>
      </w:r>
    </w:p>
    <w:p>
      <w:pPr>
        <w:spacing w:before="120" w:after="120"/>
      </w:pPr>
      <w:r>
        <w:t>600</w:t>
      </w:r>
    </w:p>
    <w:p>
      <w:pPr>
        <w:pStyle w:val="Heading1"/>
      </w:pPr>
      <w:r>
        <w:t>样例输出</w:t>
      </w:r>
    </w:p>
    <w:p>
      <w:pPr>
        <w:spacing w:before="40" w:after="40"/>
        <w:ind w:left="720"/>
      </w:pPr>
      <w:r>
        <w:rPr>
          <w:rFonts w:ascii="Consolas" w:hAnsi="Consolas"/>
          <w:sz w:val="18"/>
        </w:rPr>
        <w:t>32010</w:t>
      </w:r>
    </w:p>
    <w:p>
      <w:pPr>
        <w:spacing w:before="40" w:after="40"/>
        <w:ind w:left="720"/>
      </w:pPr>
      <w:r>
        <w:rPr>
          <w:rFonts w:ascii="Consolas" w:hAnsi="Consolas"/>
          <w:sz w:val="18"/>
        </w:rPr>
        <w:t>100</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n ≤  999</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