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1745: 纯粹的五位偶数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10303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纯粹偶数指的是一个数的各个位都是偶数的数，比如：24686 ；请编程求出 10000 ∼ n 中，所有的五位的纯粹偶数有多少个？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为一个 5位的整数）。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10000 ∼ n 之间的纯粹偶数有多少个。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66888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