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1743: 五位回文偶数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 m ∼ n 之间所有的 5 位回文偶数，有多少个，总和是多少？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回文偶数指的是既是回文数又是偶数的数，比如：23432、66866 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m 和 n 用空格隔开（m ≤ n，且 m 和 n 一定都是 5 位数）。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行输出一个整数，代表 m ∼ n之间的回文偶数有多少个。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行输出一个整数，代表 m ∼ n 之间的回文偶数总和是多少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10000 30000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2499700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