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1741: 求出1~n中满足条件的数的个数和总和？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1741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20126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请求出 1 ∼ n 之间所有满足 2 的倍数但不是 3 的倍数的数，有多少个，总和是多少？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读入一个整数 n（n ≤ 100000）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 2 行，每行 1 个整数；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行输出满足条件的数有几个；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行输出满足条件的数的总和。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