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1740: 统计每个数出现的次数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1740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数组问题容器map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9784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数组问题 容器 map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 n 个数（ n≤1000 ），统计每个数出现的次数，从小到大输出每个出现过的数，及每个数出现的次数。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比如：假设从键盘读入 6 个数，分别是：1 6 8 1 2 6，那么输出如下：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输出含义为：1 出现了 2 次， 2 出现了 1 次， 6 出现了 2 次， 8 出现了 1 次。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行有一个整数 n （n≤1000）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行有 n 个整数，数字之间用空格隔开，这 n 个数都是 int 范围内的数。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输出若干行，每行 2 个数，第 1 个数是出现过的数，第 2 个数是该数出现的次数，要求从小到大输出每个数及每个数出现的次数。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2 8 1 2 3 3 6 1 1 1000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8 1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1000 1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