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1739: 迷宫的所有路径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5586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已知一 N × N 的迷宫，允许往上、下、左、右四个方向行走，且迷宫中没有任何障碍，所有的点都可以走。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现请你按照右、下、左、上顺序进行搜索，找出从左上角到右下角的所有路径。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N（N≤5）代表迷宫的大小。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按右、下、左、上搜索顺序探索迷宫，输出从左上角 (1,1) 点走到右下角 (N,N) 点的所有可能的路径。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1:1,1-&gt;1,2-&gt;1,3-&gt;2,3-&gt;3,3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2:1,1-&gt;1,2-&gt;1,3-&gt;2,3-&gt;2,2-&gt;3,2-&gt;3,3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3:1,1-&gt;1,2-&gt;1,3-&gt;2,3-&gt;2,2-&gt;2,1-&gt;3,1-&gt;3,2-&gt;3,3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4:1,1-&gt;1,2-&gt;2,2-&gt;2,3-&gt;3,3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5:1,1-&gt;1,2-&gt;2,2-&gt;3,2-&gt;3,3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6:1,1-&gt;1,2-&gt;2,2-&gt;2,1-&gt;3,1-&gt;3,2-&gt;3,3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7:1,1-&gt;2,1-&gt;2,2-&gt;2,3-&gt;3,3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8:1,1-&gt;2,1-&gt;2,2-&gt;3,2-&gt;3,3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9:1,1-&gt;2,1-&gt;2,2-&gt;1,2-&gt;1,3-&gt;2,3-&gt;3,3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10:1,1-&gt;2,1-&gt;3,1-&gt;3,2-&gt;3,3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11:1,1-&gt;2,1-&gt;3,1-&gt;3,2-&gt;2,2-&gt;2,3-&gt;3,3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12:1,1-&gt;2,1-&gt;3,1-&gt;3,2-&gt;2,2-&gt;1,2-&gt;1,3-&gt;2,3-&gt;3,3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