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1738: 胜负对决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有一组数本来都是队友，但是一天它们在一个问题上出现分歧，于是他们分成了 2 派各自为政，第奇数个数分一队叫KING，该队的气势值为该队所有数的和。第偶数个数分另一队WIN，该队的气势值为该队所有数的和。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请分别求出KING队和WIN队的气势值，并输出哪一队的气势值更高（如果两队气势值相同，也输出KING）？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比如：有一组数为 2 8 1 3 6 ，那么KING队气势值 =  2 + 1 + 6 = 9 ，而WIN队气势值 =  8 + 3 = 11 ，因此输出结果如下：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KING 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WIN 11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WIN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 n （ n 是 1 ∼ 1000 之间的整数）。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个数（每个数都是 1 ∼ 100 之间的数）。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第一行先输出队名KING，再空一格输出KING队的气势值。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第二行先输出队名WIN，再空一格输出WIN队的气势值。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第三行输出气势值更高的队名，如果两队气势值一样高，也输出KING。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KING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WIN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