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1731: 破译密码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 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我军拦截敌军传递了 2 个数字串，后经侦查得知，这两个数字串中包含了一个很重要的密码，这个密码的破译方式为，用这两个数字串中的大数 – 小数，得到结果后将结果转换为 16 进制（转换时如需使用字母请使用大写字母），就是敌军想要传递的密码。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比如，敌军传递了下列两个数字串：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99999999999999999999999999999999999999973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99999999999999999999999999999999999999999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大数 – 小数的差值 = 26，转换为 16 进制的结果为1A，也就是 1A 就是敌军想要传递的密码。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请编程实现破译密码的过程。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行，分别是 2 个不超过 200 位的整数（2 个数不存在前导 0 ，也就是不会读入类似 00123 这样的数），且已知 2 个整数的差是一个不超过 18 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输出按题意计算出的 16 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